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לצפות בסרטון קצר ולהבין את המסר המרכזי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דמויות לפי הבעות פנים ותנועה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קצרים וברורים על דמות או מצב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בזוגות או בקבוצה לפני הכתיבה, ולתרגל ערכים כמו עבודת צוות, סבלנות וחסד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הפינגווינים והאורקה: עבודת צוות ותושייה – צופים וזוכרים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משטח קרח 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להטות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הפינגווינים והאורקה: עבודת צוות ותושייה – מזהים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נכון, הדמויות לא מדברות וצופים בפרצופים ובתנועות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קבוצה שלמה של פינגווינים שעובדת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כן – ההתארגנות ביחד היא הפתרון בסרטון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הפינגווינים והאורקה: עבודת צוות ותושייה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יחליקו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הפינגווינים והאורקה: עבודת צוות ותושייה – מתאימים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לב ראשון שיש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(מרגיש פחד מהמצב)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לקבוצה להתארגן)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(רוצה לתפוס את הפינגווינים)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התלמיד שחיכה בשער: התמדה וסבלנות – מה ראינו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למקדש על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ממורה 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שולח אותו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לחכות בשער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התלמיד שחיכה בשער: התמדה וסבלנות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בסרטון רואים את הנער מטפס בעצמו עד למקדש על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דווקא שולח את הנער משם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הנער דווקא מחליט לחכות, ולא לוותר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הסרטון מספר את הסיפור כמעט בלי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התלמיד שחיכה בשער: התמדה וסבלנות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התלמיד שחיכה בשער: התמדה וסבלנות – מתאימים דמות לתחושה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(מאוכזב אבל נחוש)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(סבלני ומתמיד)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(בוחן ומעריך)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(שמח וגאה)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שיעור אווזי הבר: שיתוף פעולה ומנהיגות מתחלפת – הכרת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בסרטון – מבנה הטיסה של הלהקה.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האווז המוביל מתחלף כשהוא מתעייף, כדי שגם אחרים ישאו בעומס.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שיעור אווזי הבר: שיתוף פעולה ומנהיגות מתחלפת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שכל הלהקה תוכל לעוף רחוק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צופרת (משמיעה 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שיעור אווזי הבר: שיתוף פעולה ומנהיגות מתחלפת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שיעור אווזי הבר: שיתוף פעולה ומנהיגות מתחלפת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(עוזר לכל הלהקה לעוף רחוק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(האווז המוביל מתחלף כשהוא מתעייף)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(עידוד לאווז שעף בראש הלהקה)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(הלהקה נשארת עם אווז שנפגע)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בומרנג של טוב: חסד ונתינה – מכירים את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5:44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עובר מאדם לאדם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הנער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כמעט בלי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בומרנג של טוב: חסד ונתינה – מי עזר 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(מתחיל את מעשה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(מקבל עזרה וממשיך אותה הלאה)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(חלק משרשרת הטוב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(גם הוא או היא לוקחים חלק בשרשרת)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(דמות שיכולה לספר את הסיפור בדיבוב)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בומרנג של טוב: חסד ונתינה – התורה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לעזור לחבר להרים ילקוט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למשל שמישהו יעזור לי בתורו, או שארגיש שמח או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כדי שהטוב ימשיך להתפשט ולעזור ליותר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פיפ: אמונה עצמית וכישלון כדרך להצלחה – מה קרה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בבית ספר לכלבי נחייה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פיפ: אמונה עצמית וכישלון כדרך להצלחה – המשך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היא דווקא הכלבה הכי קטנה מכל הכלבים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פיפ: אמונה עצמית וכישלון כדרך להצלחה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נכשלת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פיפ: אמונה עצמית וכישלון כדרך להצלחה – רגשות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(התרגשות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(עצב או תסכול)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(מתח וחשש)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(גאווה ושמחה)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דיבוב סרט: תיאור דמויות וזיהוי רגשות – שלבי הדיבוב והסרטונים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צופים ומתארים את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מסכם/ת את עלילת הסרטון בפשטות ובמשפט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מצביע/ה על רגש ומסביר/ה איך זיהה/תה אותו (הבעת פנים, תנועה)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שנכתבו קשורים לדמות או לערך שהופיע בסרטון וכתובים בשפה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סרטון אחד בכל שיעור – לצפות, לדבר בזוגות, ואז לכתוב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או מתקשים: להתחיל במילה אחת לתיאור דמות ובבחירת רגש מתוך רשימה, ורק אחר כך לעבור למשפט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הדיבוב מתאימה גם לחנ״מ – אפשר להסתפק במשפט קצר או במילה עם ניקוד כמו ״תודה״ או ״בואו״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סוף החוברת כדאי לחזור ולהשוות בין הערכים שחזרו בכמה סרטונים, כמו עזרה הדדית והתמדה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סרטונים קצרים. תצפו, תענו על שאלות, ותכתבו משפטים קצרים. אפשר לעבוד עם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פתרון חכם לבעיה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לעבוד יחד כדי להצליח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אחד לשני כדי להשיג מטרה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 מתחלפת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מוביל לתקופה ואז מתחלף עם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טוב למישהו בלי לצפות לתמורה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קול ומשפטים לדמות שלא מדברת בסרטון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כמו שמחה, פחד או כעס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אחד לשני ולא להשאיר אף אחד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הפינגווינים והאורקה: עבודת צוות ותושייה – צופים וזוכרים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מנסה לתפוס את הפינגווינים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 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עומדים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משטח קרח 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סלע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האורקה מנסה לעשות למשטח הקרח?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להטות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להקפיא אותו עוד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הפינגווינים והאורקה: עבודת צוות ותושייה – מזהים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הוא כמעט בלי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יש רק פינגווין אחד שמנסה לפתור את הבעיה.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עבודת הצוות עזרה לפינגווינים להינצל מהאורקה.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הפינגווינים והאורקה: עבודת צוות ותושייה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האורקה מנסה להטות את הקרח כדי שהפינגווינים __________ אליה.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הפינגווין שמארגן את כולם עוזר לקבוצה לעבוד 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הפינגווינים והאורקה: עבודת צוות ותושייה – מתאימים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הפינגווין הראשון שקולט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מרגיש פחד מהמצב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פינגווין מפוחד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רוצה לתפוס את הפינגווינים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פינגווין שמארגן את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לב ראשון שיש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לקבוצה להתארגן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התלמיד שחיכה בשער: התמדה וסבלנות – מה ראינו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הנער הולך?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 ספר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למקדש על 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לבית של חברו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לשוק 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ממי הנער רוצה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ממורה 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מחבר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מנזיר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המורה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מלמד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 אותו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נותן לו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 איתו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הנער מחליט?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 הביתה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בשער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לטפס על ההר 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התלמיד שחיכה בשער: התמדה וסבלנות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מטפס לבד על ההר כדי להגיע למקדש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הזקן מסכים מיד ללמד את הנער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מוותר מיד ועוזב את השער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כמעט אין מילים, רק 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התלמיד שחיכה בשער: התמדה וסבלנות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במקום לוותר וללכת הביתה, הנער מחליט __________ ליד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הערך המרכזי שרואים אצל הנער כשהוא לא מוותר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התלמיד שחיכה בשער: התמדה וסבלנות – מתאימים דמות לתחושה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הנער כשהמורה שולח אותו משם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שמח וגאה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הנער בזמן שהוא מחכה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בוחן ומעריך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המורה הזקן בודק את הנער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סבלני ומתמיד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הנער כשסוף סוף מתקבל ללימוד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מאוכזב אבל נחוש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שיעור אווזי הבר: שיתוף פעולה ומנהיגות מתחלפת – הכרת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מראה להקת אווזים עפה במבנה של האות V.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באווזי הבר תמיד אותו אווז מוביל את הלהקה, והוא לא מתחלף.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שיעור אווזי הבר: שיתוף פעולה ומנהיגות מתחלפת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המבנה הזה ללהקה?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שכל הלהקה תוכל לעוף רחוק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להיראות יפה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לבלבל ציפורי 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לעוף מהר יותר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הלהקה מעודדת את המוביל?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צופרת (משמיעה קול)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עפה הלאה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נוחתת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דברים חשובים הסרטון מלמד?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שיעור אווזי הבר: שיתוף פעולה ומנהיגות מתחלפת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כשאווז בלהקה נפגע או נחלש, האווזים האחרים __________ איתו.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מבנה הטיסה המיוחד של אווזי הבר נקרא מבנה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שיעור אווזי הבר: שיתוף פעולה ומנהיגות מתחלפת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האווז המוביל מתחלף כשהוא מתעייף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מנהיגות מתחלפת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לכל הלהקה לעוף רחוק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הלהקה נשארת עם אווז שנפגע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עידוד לאווז שעף בראש הלהקה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בומרנג של טוב: חסד ונתינה – מכירים את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אורך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5:44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2:18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0:31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מעשה הטוב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עובר מאדם לאדם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רק אצל אדם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הופך לצרה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עושה את מעשה הטוב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הנער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הקריין/ית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האישה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הרבה דיבור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מאוד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כתוביות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בומרנג של טוב: חסד ונתינה – מי עזר 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הנער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גם הוא או היא לוקחים חלק בשרשרת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שיכולה לספר את הסיפור בדיבוב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האישה המבוגרת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מתחיל את מעשה הטוב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ילד/ה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משרשרת הטוב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קריין/ית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מקבל עזרה וממשיך אותה הלאה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בומרנג של טוב: חסד ונתינה – התורה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רעיון למעשה טוב אחד שתוכלו לעשות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תעשו את מעשה הטוב הזה, איך הוא יכול ׳לחזור אליכם׳ כמו בומרנג?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להמשיך שרשרת של מעשים טובים ולא לעצור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פיפ: אמונה עצמית וכישלון כדרך להצלחה – מה קרה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הכלבה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הבוחן הקשוח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האישה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פיפ לומדת?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בפארק ליד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 בבית ספר רגיל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פיפ: אמונה עצמית וכישלון כדרך להצלחה – המשך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היא הכלבה הכי גדולה וחזקה בבית הספר לכלבי נחייה.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כמעט בלי מילים, ולכן אפשר להבין אותו בעיקר מהתנועות והפרצופים.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פיפ: אמונה עצמית וכישלון כדרך להצלחה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פיפ מתאמנת, __________, ומתאמנת שוב.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פיפ: אמונה עצמית וכישלון כדרך להצלחה – רגשות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פיפ מתחילה אימון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מתח וחשש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פיפ נכשלת בניסיון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גאווה ושמחה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הבוחן הקשוח בודק את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עצב או תסכול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פיפ מצליחה בסוף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התרגשות ותקווה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דיבוב סרט: תיאור דמויות וזיהוי רגשות – שלבי הדיבוב והסרטונים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צופים ומתארים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מדבבים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שורות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פרצופים ומנתחים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דמות מהסרטון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האורקה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לספר במשפט אחד מה קרה בסרטון שצפיתי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לזהות לפחות שני רגשות שונים של דמויות בסרטון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כתבתי לפחות שני משפטים משלי על דמות או מעשה טוב מהסרטונים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סרטונים חינוכיים: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