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סרטונים חינוכיים: צופים, משוחחים, כותבים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לצפות בסרטון קצר ולהבין את המסר המרכזי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רגשות של דמויות לפי הבעות פנים ותנועה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קצרים וברורים על דמות או מצב בסרטון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לדבר בזוגות או בקבוצה לפני הכתיבה, ולתרגל ערכים כמו עבודת צוות, סבלנות וחסד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הפינגווינים והאורקה: עבודת צוות ותושייה – צופים וזוכרים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אורקה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על משטח קרח צף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הפינגווינים והאורקה: עבודת צוות ותושייה – מזהים ומבינים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נכון, הדמויות לא מדברות וצופים בפרצופים ובתנועות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קבוצה שלמה של פינגווינים שעובדת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הפינגווינים והאורקה: עבודת צוות ותושייה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יחליקו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הפינגווינים והאורקה: עבודת צוות ותושייה – מתאימים 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(שם לב ראשון שיש סכנה)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(מרגיש פחד מהמצב)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(עוזר לקבוצה להתארגן)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(רוצה לתפוס את הפינגווינים)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התלמיד שחיכה בשער: התמדה וסבלנות – מה ראינו בסרטון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למקדש על ראש 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ממורה זקן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שולח אותו משם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התלמיד שחיכה בשער: התמדה וסבלנות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בסרטון רואים את הנער מטפס בעצמו עד למקדש על ראש 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המורה דווקא שולח את הנער משם בהתחלה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הנער דווקא מחליט לחכות, ולא לוותר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התלמיד שחיכה בשער: התמדה וסבלנות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התמדה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התלמיד שחיכה בשער: התמדה וסבלנות – מתאימים דמות לתחושה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(מאוכזב אבל נחוש)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(סבלני ומתמיד)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(בוחן ומעריך)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(שמח וגאה)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שיעור אווזי הבר: שיתוף פעולה ומנהיגות מתחלפת – הכרת הסרטון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בסרטון – מבנה הטיסה של הלהקה.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האווז המוביל מתחלף כשהוא מתעייף, כדי שגם אחרים ישאו בעומס.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שיעור אווזי הבר: שיתוף פעולה ומנהיגות מתחלפת –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כדי שכל הלהקה תוכל לעוף רחוק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צופרת (משמיעה קול)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שיעור אווזי הבר: שיתוף פעולה ומנהיגות מתחלפת – יישום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נשארים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V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שיעור אווזי הבר: שיתוף פעולה ומנהיגות מתחלפת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(עוזר לכל הלהקה לעוף רחוק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(האווז המוביל מתחלף כשהוא מתעייף)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(עידוד לאווז שעף בראש הלהקה)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(הלהקה נשארת עם אווז שנפגע)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בומרנג של טוב: חסד ונתינה – מכירים את הסרטון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5:44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הוא עובר מאדם לאדם ברחוב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הנער הראשון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בומרנג של טוב: חסד ונתינה – מי עזר 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(מתחיל את מעשה הטוב)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(מקבל עזרה וממשיך אותה הלאה)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(חלק משרשרת הטוב ברחוב)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בומרנג של טוב: חסד ונתינה – התורה שלנו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פיפ: אמונה עצמית וכישלון כדרך להצלחה – מה קרה בסרטון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פיפ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בבית ספר לכלבי נחייה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פיפ: אמונה עצמית וכישלון כדרך להצלחה – המשך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פיפ היא דווקא הכלבה הכי קטנה מכל הכלבים בבית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פיפ: אמונה עצמית וכישלון כדרך להצלחה – השלמת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נכשלת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פיפ: אמונה עצמית וכישלון כדרך להצלחה – רגשות בסרטון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(התרגשות ותקווה)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(עצב או תסכול)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(מתח וחשש)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(גאווה ושמחה)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דיבוב סרט: תיאור דמויות וזיהוי רגשות – שלבי הדיבוב והסרטונים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צופים ומתארים את הדמויות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מסכם/ת את עלילת הסרטון בפשטות ובמשפט 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מצביע/ה על רגש ומסביר/ה איך זיהה/תה אותו (הבעת פנים, תנועה)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המשפטים שנכתבו קשורים לדמות או לערך שהופיע בסרטון וכתובים בשפה 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על סרטון אחד בכל שיעור – לצפות, לדבר בזוגות, ואז לכתוב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צעירים יותר או מתקשים: להתחיל במילה אחת לתיאור דמות ובבחירת רגש מתוך רשימה, ורק אחר כך לעבור למשפט מלא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פעילות הדיבוב מתאימה גם לחנ״מ – אפשר להסתפק במשפט קצר או במילה עם ניקוד כמו ״תודה״ או ״בואו״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סוף החוברת כדאי לחזור ולהשוות בין הערכים שחזרו בכמה סרטונים, כמו עזרה הדדית והתמדה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סרטונים חינוכיים: צופים, משוחחים, כותבים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הזו תצפו בכמה סרטונים קצרים, תענו על שאלות לפני ואחרי הצפייה, ותכתבו משפטים על הדמויות וההרגשות שלהן. אפשר לעבוד לבד, בזוג או בקבוצה קטנה.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יחליקו  ·  ביחד  ·  נשארים  ·  התמדה  ·  לחכות  ·  V  ·  נכשלת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הפינגווינים והאורקה: עבודת צוות ותושייה – צופים וזוכרים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מנסה לתפוס את הפינגווינים בסרטון?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אורקה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כריש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על מה עומדים הפינגווינים?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על סירה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 משטח קרח צף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 עץ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הפינגווינים והאורקה: עבודת צוות ותושייה – מזהים ומבינים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הסרטון הוא כמעט בלי מילים.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בסרטון יש רק פינגווין אחד שמנסה לפתור את הבעיה.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הפינגווינים והאורקה: עבודת צוות ותושייה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האורקה מנסה להטות את הקרח כדי שהפינגווינים __________ אליה.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הפינגווין שמארגן את כולם עוזר לקבוצה לעבוד __________ 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הפינגווינים והאורקה: עבודת צוות ותושייה – מתאימים 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הפינגווין הראשון שקולט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מרגיש פחד מהמצב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פינגווין מפוחד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רוצה לתפוס את הפינגווינים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פינגווין שמארגן את כולם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עוזר לקבוצה להתארגן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האורקה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שם לב ראשון שיש סכנה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התלמיד שחיכה בשער: התמדה וסבלנות – מה ראינו בסרטון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לאן הנער רוצה להגיע בתחילת הסרטון?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לבית ספר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למקדש על ראש ההר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לבית של חברו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ממי הנער רוצה ללמוד?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ממורה זקן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מאבא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מחבר ילדות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עושה המורה הזקן כשהנער מגיע?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מלמד אותו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שולח אותו משם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נותן לו מתנה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התלמיד שחיכה בשער: התמדה וסבלנות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הנער מטפס לבד על ההר כדי להגיע למקדש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המורה הזקן מסכים מיד ללמד את הנער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הנער מוותר מיד ועוזב את השער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התלמיד שחיכה בשער: התמדה וסבלנות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במקום לוותר וללכת הביתה, הנער מחליט __________ ליד השער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הערך המרכזי שרואים אצל הנער כשהוא לא מוותר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2 · התלמיד שחיכה בשער: התמדה וסבלנות – מתאימים דמות לתחושה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הנער כשהמורה שולח אותו משם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בוחן ומעריך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הנער בזמן שהוא מחכה בשער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שמח וגאה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המורה הזקן בודק את הנער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סבלני ומתמיד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הנער כשסוף סוף מתקבל ללימוד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מאוכזב אבל נחוש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שיעור אווזי הבר: שיתוף פעולה ומנהיגות מתחלפת – הכרת הסרטון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הסרטון מראה להקת אווזים עפה במבנה של האות V.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באווזי הבר תמיד אותו אווז מוביל את הלהקה, והוא לא מתחלף.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שיעור אווזי הבר: שיתוף פעולה ומנהיגות מתחלפת –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האווזים עפים במבנה V?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שכל הלהקה תוכל לעוף רחוק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להיראות יפה באוויר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לבלבל ציפורי טרף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עושה הלהקה כדי לעודד את האווז המוביל?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שותקת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צופרת (משמיעה קול)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עפה הלאה בלעדיו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שיעור אווזי הבר: שיתוף פעולה ומנהיגות מתחלפת – יישום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כשאווז בלהקה נפגע או נחלש, האווזים האחרים __________ איתו.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מבנה הטיסה המיוחד של אווזי הבר נקרא מבנה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3 · שיעור אווזי הבר: שיתוף פעולה ומנהיגות מתחלפת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מבנה V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הלהקה נשארת עם אווז שנפגע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מנהיגות מתחלפת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עידוד לאווז שעף בראש הלהקה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צפירה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עוזר לכל הלהקה לעוף רחוק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ערבות הדדית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האווז המוביל מתחלף כשהוא מתעייף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בומרנג של טוב: חסד ונתינה – מכירים את הסרטון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זמן אורך הסרטון ׳בומרנג של טוב׳?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5:44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10:00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2:18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קורה למעשה הטוב בסרטון?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 עובר מאדם לאדם ברחוב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 נעלם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 נשאר רק אצל אדם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מתחיל את שרשרת הטוב בסרטון?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הנער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הקריין/ית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האישה המבוגרת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בומרנג של טוב: חסד ונתינה – מי עזר למי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הנער הראשון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מקבל עזרה וממשיך אותה הלאה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העובד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חלק משרשרת הטוב ברחוב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האישה המבוגרת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מתחיל את מעשה הטוב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בומרנג של טוב: חסד ונתינה – התורה 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פיפ: אמונה עצמית וכישלון כדרך להצלחה – מה קרה בסרטון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הגיבורה הראשית בסרטון?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פיפ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המאמנת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הבוחן הקשוח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מקום פיפ מתאמנת?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בבית ספר לכלבי נחייה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בפארק ליד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בחוף הים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פיפ: אמונה עצמית וכישלון כדרך להצלחה – המשך 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פיפ היא הכלבה הכי גדולה וחזקה בבית הספר לכלבי נחייה.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הסרטון כמעט בלי מילים, ולכן אפשר להבין אותו בעיקר מהתנועות והפרצופים.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פיפ: אמונה עצמית וכישלון כדרך להצלחה – השלמת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פיפ מתאמנת, __________, ומתאמנת שוב.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5 · פיפ: אמונה עצמית וכישלון כדרך להצלחה – רגשות בסרטון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פיפ מתחילה אימון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עצב או תסכול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פיפ נכשלת בניסיון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התרגשות ותקווה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הבוחן הקשוח בודק את פיפ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גאווה ושמחה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פיפ מצליחה בסוף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מתח וחשש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6 · דיבוב סרט: תיאור דמויות וזיהוי רגשות – שלבי הדיבוב והסרטונים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שלבים יש בפעילות הדיבוב?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עושים קודם כל, בשלב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צופים ומתארים את הדמויות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מדבבים בקול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כותבים שורות לדמות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לספר במשפט אחד מה קרה בסרטון שצפיתי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לזהות לפחות שני רגשות שונים של דמויות בסרטון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סרטונים חינוכיים: צופים, משוחחים, כותבים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